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לאט לאט – גאולה בדרך הטבע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כיצד פירשו הרב קלישר והרב אלקלעי את שלוש השבועות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רעיון הגאולה הטבעית וההדרגתית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להסביר את הקשר בין המבשרים לתנועת חיבת ציון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–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עלייה בכוח (בחומה)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גאולה הדרגתית במעשי 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לעבוד את האדמה ולהתפרנס ממנה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הם פירשו את השבועות כך שאוסרות רק עלייה בכוח, לא שלילה שלמה של עלייה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הוא כתב ב'דרישת ציון'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בכוח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דרישת ציון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עברית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(מחבר הספר דרישת ציון)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(קרא לשימוש בעברית ועלייה הדרגתית)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(עלייה המונית ובכוח)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(שנת הופעת דרישת ציון)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האמינו שהגאולה תבוא רק בנס משמיים, ושכל ניסיון אנושי לקרב אותה הוא דחיקת הקץ האסורה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מורחבת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לציין: פירוש שלוש השבועות כאוסר רק עלייה בכוח ולא עלייה הדרגתית; שני מעשים כמו עבודת אדמה, שימוש בעברית, רכישת קרקעות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עלייה המונית ובכוח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גאולה הדרגתית, עבודת אדמה, קיבוץ נדיבי העם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לאט לאט / צעד אחר צעד / הדרגתית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במשל השדה והגשם כדי להמחיש את השאלה 'מי פועל ומי מחכה'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שהמקורות בדף הם עיבוד ולא ציטוט מדויק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ניתוח המקורות מומלץ לעבוד בזוגות (חברותא) כדי לחזק את מיומנות ההשוואה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לאט לאט – גאולה בדרך הטבע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הדף עוסק בשני רבנים – הרב יהודה אלקלעי והרב צבי הירש קלישר – שטענו עוד במאה ה-19 שהגאולה יכולה להתחיל במעשי אדם, ולא רק בנס. למדו כיצד הם פירשו מקורות שעסקו בשלוש השבועות ובאיסור דחיקת הקץ.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בכוח  ·  דרישת ציון  ·  עברית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 –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לפי הרב קלישר, מה אוסרות שלוש השבועות?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כל עלייה לארץ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עלייה בכוח (בחומה)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לימוד תורה בארץ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מהי 'גאולה טבעית' לפי הסרטון?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גאולה בבת אחת בנס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גאולה הדרגתית במעשי אדם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גאולה שלא תבוא לעולם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הציע הרב קלישר לעשות בארץ 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לבנות צבא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לעבוד את האדמה ולהתפרנס ממנה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לבנות בתי חרושת באירופה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הרב אלקלעי והרב קלישר התנגדו לשלוש השבועות.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לפי הרב קלישר, הגאולה תבוא לאט לאט.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לפי המבשרים, שלוש השבועות אוסרות עלייה __________ אך לא את עצם השיבה.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הרב קלישר כתב את הספר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הרב אלקלעי קרא לשימוש בשפה ה__________.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הרב צבי הירש קלישר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עלייה המונית ובכוח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הרב יהודה אלקלעי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מחבר הספר דרישת ציון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עלייה בחומה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שנת הופעת דרישת ציון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4. 1862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קרא לשימוש בעברית ועלייה הדרגתית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מדוע רבים חשבו שיש להמתין לגאולה בלבד.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מורחבת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כיצד יישבו מבשרי הציונות הדתיים בין איסור דחיקת הקץ לבין הקריאה לפעול למען שיבת ציון. הביאו שני מעשים מעשיים שהציעו.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'עלייה בחומה'?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ציינו רעיון אחד מתוך 'דרישת ציון'.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לאט לאט – גאולה בדרך הטבע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