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לאט לאט – גאולה בדרך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פירשו הרב קלישר והרב אלקלעי את שלוש השבועות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רעיון הגאולה הטבעית וההדרגתית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הקשר בין המבשרים לתנועת חיבת ציון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עלייה בכוח (בחומה)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גאולה הדרגתית במעשי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לעבוד את האדמה ולהתפרנס ממנה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בתלמוד, מסכת כתובות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שימוש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1862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הם פירשו את השבועות כך שאוסרות רק עלייה בכוח, לא שלילה שלמה של 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הוא כתב ב'דרישת ציון'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ראה בעברית חלק מהתעוררות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הרב קלישר קרא לעבודת אדמה ופרנסה עצמית, לא תלות בתרומות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מופיע במדרש בכתובות קי״א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דרישת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לאט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חיבת ציון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(מחבר הספר דרישת 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(קרא לשימוש בעברית ועלייה הדרגתית)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(עלייה המונית ובכוח)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(שנת הופעת דרישת 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(תחילת חיבת ציון והעלייה הראשונה)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האמינו שהגאולה תבוא רק בנס משמיים, ושכל ניסיון אנושי לקרב אותה הוא דחיקת הקץ האסורה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רכישת אדמות בארץ ישראל ושימוש בשפה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עבודת אדמה בארץ מאפשרת לקיים מצוות התלויות בארץ כמו שמיטה ותרומות ומעשרות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לציין: פירוש שלוש השבועות כאוסר רק עלייה בכוח ולא עלייה הדרגתית; שני מעשים כמו עבודת אדמה, שימוש בעברית, רכישת קרקעות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עלייה המונית ובכוח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גאולה הדרגתית, עבודת אדמה, קיבוץ נדיבי העם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לאט לאט / צעד אחר צעד / הדרגתית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במשל השדה והגשם כדי להמחיש את השאלה 'מי פועל ומי מחכה'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שהמקורות בדף הם עיבוד ולא ציטוט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ניתוח המקורות מומלץ לעבוד בזוגות (חברותא) כדי לחזק את מיומנות ההשוואה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לאט לאט – גאולה בדרך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הדף עוסק בשני רבנים – הרב יהודה אלקלעי והרב צבי הירש קלישר – שטענו עוד במאה ה-19 שהגאולה יכולה להתחיל במעשי אדם, ולא רק בנס. למדו כיצד הם פירשו מקורות שעסקו בשלוש השבועות ובאיסור דחיקת הקץ.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הרב קלישר, מה אוסרות שלוש השבועות?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עלייה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עלייה בכוח (בחומה)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לימוד תורה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עבודת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'גאולה טבעית' לפי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גאולה בבת אחת בנס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גאולה הדרגתית במעשי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גאולה שלא תבוא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גאולה רק בעוד אלף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הציע הרב קלישר לעשות בארץ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צבא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לעבוד את האדמה ולהתפרנס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לבנות בתי חרושת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לחכות בחוץ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מקור מופיע מדרש שלוש השבועות?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במשנה ברכות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בתלמוד, מסכת כתובות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בספר דרישת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הציע הרב אלקלעי כצעד מעשי?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שימוש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בניית 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הפסקת כל 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מרד באומות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יצא לאור הספר 'דרישת ציון'?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1798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1843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1862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1882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 אלקלעי והרב קלישר התנגדו לשלוש השבועות.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הרב קלישר, הגאולה תבוא לאט לאט.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 אלקלעי דיבר גם על שימוש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המבשרים רצו שהיישוב בארץ יחיה מכספי תרומות מבחוץ.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השבועות אוסרות על האומות לשעבד את ישראל יותר מדי.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המבשרים, שלוש השבועות אוסרות עלייה __________ אך לא את עצם השיבה.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הרב קלישר כתב את הספר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הרב אלקלעי קרא לשימוש בשפה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המבשרים, הגאולה תבוא __________ ולא בבת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מדרש שלוש השבועות מופיע בתלמוד, במסכת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המבשרים סללו את הדרך לתנועת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הרב צבי הירש קלישר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תחילת חיבת ציון והעלייה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הרב יהודה אלקלעי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עלייה המונית ובכוח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עלייה בחומה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שנת הופעת דרישת 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4. 1862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קרא לשימוש בעברית ועלייה הדרגתית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5. 1882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מחבר הספר דרישת ציון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רבים חשבו שיש להמתין לגאולה בלבד.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שני צעדים מעשיים שהציע הרב אלקלעי לקראת הגאולה.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הקשר בין עבודת האדמה לקיום מצוות בעיני הרב קלישר.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יישבו מבשרי הציונות הדתיים בין איסור דחיקת הקץ לבין הקריאה לפעול למען שיבת ציון. הביאו שני מעשים מעשיים שהציעו.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'עלייה בחומה'?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רעיון אחד מתוך 'דרישת ציון'.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חוזרת מתארת את דרכם של המבשרים?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לאט לאט – גאולה בדרך הטבע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